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before="0" w:after="40"/>
      </w:pPr>
      <w:r>
        <w:t>Stive Gabin Ntepi Tchouwa</w:t>
      </w:r>
    </w:p>
    <w:p>
      <w:pPr>
        <w:pStyle w:val="Subtitle"/>
        <w:keepLines/>
        <w:spacing w:before="0" w:after="60"/>
      </w:pPr>
      <w:r>
        <w:t>CAD Design and UAV Prototyping</w:t>
      </w:r>
    </w:p>
    <w:p>
      <w:pPr>
        <w:keepLines/>
        <w:spacing w:after="60"/>
      </w:pPr>
      <w:r>
        <w:rPr>
          <w:sz w:val="20"/>
        </w:rPr>
        <w:t>Cyprus  |  +90 533 826 9863  |  ntepistive@gmail.com</w:t>
      </w:r>
    </w:p>
    <w:p>
      <w:pPr>
        <w:keepLines/>
        <w:spacing w:after="140"/>
      </w:pPr>
      <w:hyperlink r:id="rId9">
        <w:r>
          <w:rPr>
            <w:color w:val="000000"/>
            <w:sz w:val="20"/>
          </w:rPr>
          <w:t>github.com/stive-cameroonIOT2021</w:t>
        </w:r>
      </w:hyperlink>
      <w:r>
        <w:rPr>
          <w:sz w:val="20"/>
        </w:rPr>
        <w:t xml:space="preserve">  |  </w:t>
      </w:r>
      <w:hyperlink r:id="rId10">
        <w:r>
          <w:rPr>
            <w:color w:val="000000"/>
            <w:sz w:val="20"/>
          </w:rPr>
          <w:t>linkedin.com/in/stive-gabin-7132571a9</w:t>
        </w:r>
      </w:hyperlink>
    </w:p>
    <w:p>
      <w:pPr>
        <w:pStyle w:val="Heading1"/>
        <w:keepLines/>
      </w:pPr>
      <w:r>
        <w:t>Professional profile</w:t>
      </w:r>
    </w:p>
    <w:p>
      <w:pPr>
        <w:keepLines/>
      </w:pPr>
      <w:r>
        <w:t>Embedded Technician and Electronics Lab Manager with three years at Alemdar Teknik. Combines SolidWorks and Fusion 360, FDM 3D printing, embedded programming and solar energy experience with UAV development. Master's thesis in progress, alongside team VTOL simulation in Gazebo using PX4.</w:t>
      </w:r>
    </w:p>
    <w:p>
      <w:pPr>
        <w:pStyle w:val="Heading1"/>
        <w:keepLines/>
      </w:pPr>
      <w:r>
        <w:t>Relevant technical skills</w:t>
      </w:r>
    </w:p>
    <w:p>
      <w:pPr>
        <w:keepLines/>
        <w:spacing w:after="80"/>
      </w:pPr>
      <w:r>
        <w:rPr>
          <w:b/>
        </w:rPr>
        <w:t xml:space="preserve">3D CAD and mechanical design  </w:t>
      </w:r>
      <w:r>
        <w:t>SolidWorks and Fusion 360; model parts and assemblies, design housings and mounts, and revise component fit, clearances and electronics access.</w:t>
      </w:r>
    </w:p>
    <w:p>
      <w:pPr>
        <w:keepLines/>
        <w:spacing w:after="80"/>
      </w:pPr>
      <w:r>
        <w:rPr>
          <w:b/>
        </w:rPr>
        <w:t xml:space="preserve">FDM 3D printing  </w:t>
      </w:r>
      <w:r>
        <w:t>Prepare models and print settings, produce PLA and TPU parts on Bambu Lab printers, troubleshoot prints and refine prototypes for assembly.</w:t>
      </w:r>
    </w:p>
    <w:p>
      <w:pPr>
        <w:keepLines/>
        <w:spacing w:after="80"/>
      </w:pPr>
      <w:r>
        <w:rPr>
          <w:b/>
        </w:rPr>
        <w:t xml:space="preserve">Embedded programming  </w:t>
      </w:r>
      <w:r>
        <w:t>C/C++ and Python; program ESP32 and STM32 microcontrollers, Arduino platforms and Raspberry Pi computers for sensors, communication and actuator control.</w:t>
      </w:r>
    </w:p>
    <w:p>
      <w:pPr>
        <w:keepLines/>
        <w:spacing w:after="80"/>
      </w:pPr>
      <w:r>
        <w:rPr>
          <w:b/>
        </w:rPr>
        <w:t xml:space="preserve">Solar energy systems  </w:t>
      </w:r>
      <w:r>
        <w:t>Solar PV installation support, commissioning assistance and system checks; transferable experience for future solar-powered UAV development.</w:t>
      </w:r>
    </w:p>
    <w:p>
      <w:pPr>
        <w:keepLines/>
        <w:spacing w:after="80"/>
      </w:pPr>
      <w:r>
        <w:rPr>
          <w:b/>
        </w:rPr>
        <w:t xml:space="preserve">UAV simulation and robotics  </w:t>
      </w:r>
      <w:r>
        <w:t>Gazebo and PX4 for the ongoing team VTOL project; ROS2 on Linux, Python nodes, and LiDAR, camera and ESP32 integration.</w:t>
      </w:r>
    </w:p>
    <w:p>
      <w:pPr>
        <w:keepLines/>
        <w:spacing w:after="80"/>
      </w:pPr>
      <w:r>
        <w:rPr>
          <w:b/>
        </w:rPr>
        <w:t xml:space="preserve">Hardware testing and documentation  </w:t>
      </w:r>
      <w:r>
        <w:t>Wiring, PCB hand soldering, sensor and actuator checks, fault diagnosis; technical reports, system descriptions and project documentation.</w:t>
      </w:r>
    </w:p>
    <w:p>
      <w:pPr>
        <w:pStyle w:val="Heading1"/>
        <w:keepLines/>
      </w:pPr>
      <w:r>
        <w:t>Professional experience</w:t>
      </w:r>
    </w:p>
    <w:p>
      <w:pPr>
        <w:pStyle w:val="Heading2"/>
        <w:keepLines/>
        <w:spacing w:before="140" w:after="40"/>
      </w:pPr>
      <w:r>
        <w:t>Embedded Technician and Electronics Lab Manager</w:t>
      </w:r>
    </w:p>
    <w:p>
      <w:pPr>
        <w:keepNext/>
        <w:keepLines/>
        <w:spacing w:after="80"/>
      </w:pPr>
      <w:r>
        <w:rPr>
          <w:i/>
          <w:sz w:val="20"/>
        </w:rPr>
        <w:t>Alemdar Teknik | Cyprus | October 2023 to present</w:t>
      </w:r>
    </w:p>
    <w:p>
      <w:pPr>
        <w:keepLines/>
        <w:spacing w:after="80"/>
        <w:ind w:left="202" w:hanging="202"/>
      </w:pPr>
      <w:r>
        <w:t xml:space="preserve">• </w:t>
      </w:r>
      <w:r>
        <w:t>Manage the electronics laboratory and coordinate its technical activities with the technical team.</w:t>
      </w:r>
    </w:p>
    <w:p>
      <w:pPr>
        <w:keepLines/>
        <w:spacing w:after="80"/>
        <w:ind w:left="202" w:hanging="202"/>
      </w:pPr>
      <w:r>
        <w:t xml:space="preserve">• </w:t>
      </w:r>
      <w:r>
        <w:t>Carry out wiring and support the integration of embedded electronic devices and sensors.</w:t>
      </w:r>
    </w:p>
    <w:p>
      <w:pPr>
        <w:keepLines/>
        <w:spacing w:after="80"/>
        <w:ind w:left="202" w:hanging="202"/>
      </w:pPr>
      <w:r>
        <w:t xml:space="preserve">• </w:t>
      </w:r>
      <w:r>
        <w:t>Support electrical and electronic installation, testing and maintenance; troubleshoot faults and resolve practical hardware problems.</w:t>
      </w:r>
    </w:p>
    <w:p>
      <w:pPr>
        <w:pStyle w:val="Heading1"/>
        <w:keepLines/>
      </w:pPr>
      <w:r>
        <w:t>Selected UAV and prototyping work</w:t>
      </w:r>
    </w:p>
    <w:p>
      <w:pPr>
        <w:pStyle w:val="Heading2"/>
        <w:keepLines/>
        <w:spacing w:before="140" w:after="40"/>
      </w:pPr>
      <w:r>
        <w:t>Gimbal cage quadcopter</w:t>
      </w:r>
    </w:p>
    <w:p>
      <w:pPr>
        <w:keepNext/>
        <w:keepLines/>
        <w:spacing w:after="80"/>
      </w:pPr>
      <w:r>
        <w:rPr>
          <w:i/>
          <w:sz w:val="20"/>
        </w:rPr>
        <w:t>SolidWorks | Ready-made H743 flight controller | Design and research in progress</w:t>
      </w:r>
    </w:p>
    <w:p>
      <w:pPr>
        <w:keepLines/>
        <w:spacing w:after="80"/>
        <w:ind w:left="202" w:hanging="202"/>
      </w:pPr>
      <w:r>
        <w:t xml:space="preserve">• </w:t>
      </w:r>
      <w:r>
        <w:t>Developed modular SolidWorks protective cage and gimbal concepts for 3D printing around a quadcopter platform. The ongoing master's research covers integration, propeller and camera clearances, mass and centre of gravity.</w:t>
      </w:r>
    </w:p>
    <w:p>
      <w:pPr>
        <w:pStyle w:val="Heading2"/>
        <w:keepLines/>
        <w:spacing w:before="140" w:after="40"/>
      </w:pPr>
      <w:r>
        <w:t>Stealth VTOL UAV concept</w:t>
      </w:r>
    </w:p>
    <w:p>
      <w:pPr>
        <w:keepNext/>
        <w:keepLines/>
        <w:spacing w:after="80"/>
      </w:pPr>
      <w:r>
        <w:rPr>
          <w:i/>
          <w:sz w:val="20"/>
        </w:rPr>
        <w:t>Group project | Gazebo and PX4 | Simulation in progress</w:t>
      </w:r>
    </w:p>
    <w:p>
      <w:pPr>
        <w:keepLines/>
        <w:spacing w:after="80"/>
        <w:ind w:left="202" w:hanging="202"/>
      </w:pPr>
      <w:r>
        <w:t xml:space="preserve">• </w:t>
      </w:r>
      <w:r>
        <w:t>Contribute to a group VTOL UAV project with stealth as a design objective; develop the vehicle simulation in Gazebo using PX4 to support the team's design work.</w:t>
      </w:r>
    </w:p>
    <w:p>
      <w:r>
        <w:br w:type="page"/>
      </w:r>
    </w:p>
    <w:p>
      <w:pPr>
        <w:pStyle w:val="Heading1"/>
        <w:keepLines/>
        <w:spacing w:before="0"/>
      </w:pPr>
      <w:r>
        <w:t>Further engineering projects</w:t>
      </w:r>
    </w:p>
    <w:p>
      <w:pPr>
        <w:pStyle w:val="Heading2"/>
        <w:keepLines/>
        <w:spacing w:before="140" w:after="40"/>
      </w:pPr>
      <w:r>
        <w:t>Lightweight FPV camera and video transmitter housing</w:t>
      </w:r>
    </w:p>
    <w:p>
      <w:pPr>
        <w:keepNext/>
        <w:keepLines/>
        <w:spacing w:after="80"/>
      </w:pPr>
      <w:r>
        <w:rPr>
          <w:i/>
          <w:sz w:val="20"/>
        </w:rPr>
        <w:t>Bambu Lab FDM printing | PLA and TPU | Printed component</w:t>
      </w:r>
    </w:p>
    <w:p>
      <w:pPr>
        <w:keepLines/>
        <w:spacing w:after="80"/>
        <w:ind w:left="202" w:hanging="202"/>
      </w:pPr>
      <w:r>
        <w:t xml:space="preserve">• </w:t>
      </w:r>
      <w:r>
        <w:t>Printed a lightweight Walksnail Ascent Lite housing in PLA at 6% infill, approximately 12 g, with a separate flexible TPU component.</w:t>
      </w:r>
    </w:p>
    <w:p>
      <w:pPr>
        <w:pStyle w:val="Heading2"/>
        <w:keepLines/>
        <w:spacing w:before="140" w:after="40"/>
      </w:pPr>
      <w:r>
        <w:t>Hexapod robot mechanical design</w:t>
      </w:r>
    </w:p>
    <w:p>
      <w:pPr>
        <w:keepNext/>
        <w:keepLines/>
        <w:spacing w:after="80"/>
      </w:pPr>
      <w:r>
        <w:rPr>
          <w:i/>
          <w:sz w:val="20"/>
        </w:rPr>
        <w:t>SolidWorks | Six legs and eighteen joints | CAD development</w:t>
      </w:r>
    </w:p>
    <w:p>
      <w:pPr>
        <w:keepLines/>
        <w:spacing w:after="80"/>
        <w:ind w:left="202" w:hanging="202"/>
      </w:pPr>
      <w:r>
        <w:t xml:space="preserve">• </w:t>
      </w:r>
      <w:r>
        <w:t>Developed a hexagonal body, three-joint legs, servo housings and bearing-supported joints for a six-legged robot.</w:t>
      </w:r>
    </w:p>
    <w:p>
      <w:pPr>
        <w:keepLines/>
        <w:spacing w:after="80"/>
        <w:ind w:left="202" w:hanging="202"/>
      </w:pPr>
      <w:r>
        <w:t xml:space="preserve">• </w:t>
      </w:r>
      <w:r>
        <w:t>Revised mounts, bearing retention, covers and clearances to improve connections, electronics access and suitability for 3D printing.</w:t>
      </w:r>
    </w:p>
    <w:p>
      <w:pPr>
        <w:pStyle w:val="Heading2"/>
        <w:keepLines/>
        <w:spacing w:before="140" w:after="40"/>
      </w:pPr>
      <w:r>
        <w:t>Wireless motion controlled robotic arm</w:t>
      </w:r>
    </w:p>
    <w:p>
      <w:pPr>
        <w:keepNext/>
        <w:keepLines/>
        <w:spacing w:after="80"/>
      </w:pPr>
      <w:r>
        <w:rPr>
          <w:i/>
          <w:sz w:val="20"/>
        </w:rPr>
        <w:t>Arduino | IMU | nRF24L01 | Co-built prototype</w:t>
      </w:r>
    </w:p>
    <w:p>
      <w:pPr>
        <w:keepLines/>
        <w:spacing w:after="80"/>
        <w:ind w:left="202" w:hanging="202"/>
      </w:pPr>
      <w:r>
        <w:t xml:space="preserve">• </w:t>
      </w:r>
      <w:r>
        <w:t>Co-built a five-degree-of-freedom robotic arm that follows the movement of a separate IMU-equipped Arduino over a wireless nRF24L01 link.</w:t>
      </w:r>
    </w:p>
    <w:p>
      <w:pPr>
        <w:pStyle w:val="Heading2"/>
        <w:keepLines/>
        <w:spacing w:before="140" w:after="40"/>
      </w:pPr>
      <w:r>
        <w:t>ROS2 robot and embedded integration</w:t>
      </w:r>
    </w:p>
    <w:p>
      <w:pPr>
        <w:keepNext/>
        <w:keepLines/>
        <w:spacing w:after="80"/>
      </w:pPr>
      <w:r>
        <w:rPr>
          <w:i/>
          <w:sz w:val="20"/>
        </w:rPr>
        <w:t>ROS2 | Linux | Python | RPLIDAR A1 | ESP32 and micro-ROS | Development work</w:t>
      </w:r>
    </w:p>
    <w:p>
      <w:pPr>
        <w:keepLines/>
        <w:spacing w:after="80"/>
        <w:ind w:left="202" w:hanging="202"/>
      </w:pPr>
      <w:r>
        <w:t xml:space="preserve">• </w:t>
      </w:r>
      <w:r>
        <w:t>Created and built ROS2 workspaces and packages, including Python nodes and publish/subscribe communication.</w:t>
      </w:r>
    </w:p>
    <w:p>
      <w:pPr>
        <w:keepLines/>
        <w:spacing w:after="80"/>
        <w:ind w:left="202" w:hanging="202"/>
      </w:pPr>
      <w:r>
        <w:t xml:space="preserve">• </w:t>
      </w:r>
      <w:r>
        <w:t>Worked on LiDAR, camera and ESP32 integration, using topic inspection, serial checks and sensor-driver troubleshooting.</w:t>
      </w:r>
    </w:p>
    <w:p>
      <w:pPr>
        <w:pStyle w:val="Heading2"/>
        <w:keepLines/>
        <w:spacing w:before="140" w:after="40"/>
      </w:pPr>
      <w:r>
        <w:t>Custom control and power PCBs</w:t>
      </w:r>
    </w:p>
    <w:p>
      <w:pPr>
        <w:keepNext/>
        <w:keepLines/>
        <w:spacing w:after="80"/>
      </w:pPr>
      <w:r>
        <w:rPr>
          <w:i/>
          <w:sz w:val="20"/>
        </w:rPr>
        <w:t>KiCad | ESP32 | Sensor interfaces and motor control | In development</w:t>
      </w:r>
    </w:p>
    <w:p>
      <w:pPr>
        <w:keepLines/>
        <w:spacing w:after="80"/>
        <w:ind w:left="202" w:hanging="202"/>
      </w:pPr>
      <w:r>
        <w:t xml:space="preserve">• </w:t>
      </w:r>
      <w:r>
        <w:t>Develop control and power board designs, checking footprint pin mapping, component orientation, routing, board outlines and drill definitions for fabrication and assembly.</w:t>
      </w:r>
    </w:p>
    <w:p>
      <w:pPr>
        <w:pStyle w:val="Heading1"/>
        <w:keepLines/>
      </w:pPr>
      <w:r>
        <w:t>Additional solar energy experience</w:t>
      </w:r>
    </w:p>
    <w:p>
      <w:pPr>
        <w:keepLines/>
      </w:pPr>
      <w:r>
        <w:t>Supported solar PV installation, commissioning and system checks. Keen to apply this practical energy systems background to future solar-powered UAV projects.</w:t>
      </w:r>
    </w:p>
    <w:p>
      <w:pPr>
        <w:pStyle w:val="Heading1"/>
        <w:keepLines/>
      </w:pPr>
      <w:r>
        <w:t>Education</w:t>
      </w:r>
    </w:p>
    <w:p>
      <w:pPr>
        <w:pStyle w:val="Heading2"/>
        <w:keepLines/>
        <w:spacing w:before="140" w:after="40"/>
      </w:pPr>
      <w:r>
        <w:t>Master of Science in Electrical and Electronic Engineering</w:t>
      </w:r>
    </w:p>
    <w:p>
      <w:pPr>
        <w:keepNext/>
        <w:keepLines/>
        <w:spacing w:after="80"/>
      </w:pPr>
      <w:r>
        <w:rPr>
          <w:i/>
          <w:sz w:val="20"/>
        </w:rPr>
        <w:t>Near East University | In progress at thesis stage</w:t>
      </w:r>
    </w:p>
    <w:p>
      <w:pPr>
        <w:keepLines/>
        <w:spacing w:after="120"/>
      </w:pPr>
      <w:r>
        <w:t>Research topic: collision-resilient quadcopter development for image-based soil classification.</w:t>
      </w:r>
    </w:p>
    <w:p>
      <w:pPr>
        <w:pStyle w:val="Heading2"/>
        <w:keepLines/>
        <w:spacing w:before="140" w:after="40"/>
      </w:pPr>
      <w:r>
        <w:t>Bachelor of Science in Electrical and Electronic Engineering</w:t>
      </w:r>
    </w:p>
    <w:p>
      <w:pPr>
        <w:keepNext/>
        <w:keepLines/>
        <w:spacing w:after="80"/>
      </w:pPr>
      <w:r>
        <w:rPr>
          <w:i/>
          <w:sz w:val="20"/>
        </w:rPr>
        <w:t>Final International University | 2020 to 2023</w:t>
      </w:r>
    </w:p>
    <w:p>
      <w:pPr>
        <w:pStyle w:val="Heading1"/>
        <w:keepLines/>
      </w:pPr>
      <w:r>
        <w:t>Electronics design tools and interfaces</w:t>
      </w:r>
    </w:p>
    <w:p>
      <w:pPr>
        <w:keepLines/>
        <w:spacing w:after="120"/>
      </w:pPr>
      <w:r>
        <w:t>KiCad schematics, symbols, footprints, PCB layout, ERC and DRC review; Arduino IDE; I2C, SPI, UART and I2S.</w:t>
      </w:r>
    </w:p>
    <w:p>
      <w:pPr>
        <w:pStyle w:val="Heading1"/>
        <w:keepLines/>
      </w:pPr>
      <w:r>
        <w:t>Languages</w:t>
      </w:r>
    </w:p>
    <w:p>
      <w:pPr>
        <w:keepLines/>
      </w:pPr>
      <w:r>
        <w:t>English fluent | French fluent | Willing to learn Greek for the role</w:t>
      </w:r>
    </w:p>
    <w:sectPr w:rsidR="00FC693F" w:rsidRPr="0006063C" w:rsidSect="00034616">
      <w:footerReference w:type="default" r:id="rId11"/>
      <w:pgSz w:w="12240" w:h="15840"/>
      <w:pgMar w:top="936" w:right="1080" w:bottom="93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Stive Gabin Ntepi Tchouwa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4" w:lineRule="auto"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0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00" w:after="80"/>
    </w:pPr>
    <w:rPr>
      <w:rFonts w:asciiTheme="majorHAnsi" w:eastAsiaTheme="majorEastAsia" w:hAnsiTheme="majorHAnsi" w:cstheme="majorBidi" w:ascii="Calibri" w:hAnsi="Calibri"/>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hub.com/stive-cameroonIOT2021" TargetMode="External"/><Relationship Id="rId10" Type="http://schemas.openxmlformats.org/officeDocument/2006/relationships/hyperlink" Target="https://www.linkedin.com/in/stive-gabin-7132571a9/"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Junior UAV Designer Application</dc:title>
  <dc:subject>CyRIC UAV Department</dc:subject>
  <dc:creator>Stive Gabin Ntepi Tchouwa</dc:creator>
  <cp:keywords>SolidWorks, FDM 3D printing, UAV, electronics integration, robotics</cp:keywords>
  <dc:description>generated by python-docx</dc:description>
  <cp:lastModifiedBy/>
  <cp:revision>1</cp:revision>
  <dcterms:created xsi:type="dcterms:W3CDTF">2013-12-23T23:15:00Z</dcterms:created>
  <dcterms:modified xsi:type="dcterms:W3CDTF">2013-12-23T23:15:00Z</dcterms:modified>
  <cp:category/>
</cp:coreProperties>
</file>